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Vers. Okt. 2026 / KlangART Hilbeck</w:t>
      </w:r>
    </w:p>
    <w:p/>
    <w:p>
      <w:pPr>
        <w:pStyle w:val="Heading2"/>
      </w:pPr>
      <w:r>
        <w:rPr>
          <w:sz w:val="28"/>
        </w:rPr>
        <w:t>Stimme (S / A)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1.denn ich weiß: Mich hält dei-ne star-ke Hand. (star-ke Hand) Auch im dunk-len Tal der Angst bist du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Mei-ne See-le ist stil-le in dir,_ 2.du al-lein bist der Gott, der ger-ne hilft (ger-ne hilft) Wer da bit-tet, der em-pfängt aus dem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3.denn ich weiß: Du führst si-eher an das Ziel (an das Ziel) Du kennst mei-nen näch-sten Schritt und du</w:t>
      </w:r>
    </w:p>
    <w:p/>
    <w:p>
      <w:pPr>
        <w:pStyle w:val="Heading3"/>
      </w:pPr>
      <w:r>
        <w:t>4. Strophe</w:t>
      </w:r>
    </w:p>
    <w:p>
      <w:r>
        <w:rPr>
          <w:rFonts w:ascii="Arial" w:hAnsi="Arial"/>
          <w:sz w:val="22"/>
        </w:rPr>
        <w:t>4.denn ich weiß: Du bist da und rich-test auf, (rich-test auf) wie der Re-gen dür-res Land neu be-</w:t>
      </w:r>
    </w:p>
    <w:p/>
    <w:p/>
    <w:p>
      <w:pPr>
        <w:pStyle w:val="Heading2"/>
      </w:pPr>
      <w:r>
        <w:rPr>
          <w:sz w:val="28"/>
        </w:rPr>
        <w:t>Stimme (Klavier)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da und schenkst Ge-bor-gen-heit. 1.-4. :||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Reich-tum dei-ner Herr-lich keit. Mei-ne See-le ist stil-le in dir._  :||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weißt um die Ge-fahr der Nacht. :||</w:t>
      </w:r>
    </w:p>
    <w:p/>
    <w:p>
      <w:pPr>
        <w:pStyle w:val="Heading3"/>
      </w:pPr>
      <w:r>
        <w:t>4. Strophe</w:t>
      </w:r>
    </w:p>
    <w:p>
      <w:r>
        <w:rPr>
          <w:rFonts w:ascii="Arial" w:hAnsi="Arial"/>
          <w:sz w:val="22"/>
        </w:rPr>
        <w:t>lebt und zum Er-blü-hen bringt. :||</w:t>
      </w:r>
    </w:p>
    <w:p/>
    <w:p/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